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B7783" w14:textId="0CC6C4FD" w:rsidR="00996A0D" w:rsidRDefault="00996A0D">
      <w:pPr>
        <w:jc w:val="center"/>
        <w:rPr>
          <w:rFonts w:ascii="Aptos Display" w:hAnsi="Aptos Display"/>
          <w:b/>
          <w:sz w:val="32"/>
        </w:rPr>
      </w:pPr>
      <w:r w:rsidRPr="00996A0D">
        <w:rPr>
          <w:rFonts w:ascii="Aptos Display" w:hAnsi="Aptos Display"/>
          <w:b/>
          <w:sz w:val="32"/>
        </w:rPr>
        <w:t xml:space="preserve">Course Reserve </w:t>
      </w:r>
      <w:r w:rsidR="009B7346">
        <w:rPr>
          <w:rFonts w:ascii="Aptos Display" w:hAnsi="Aptos Display"/>
          <w:b/>
          <w:sz w:val="32"/>
        </w:rPr>
        <w:t>Book</w:t>
      </w:r>
      <w:r w:rsidRPr="00996A0D">
        <w:rPr>
          <w:rFonts w:ascii="Aptos Display" w:hAnsi="Aptos Display"/>
          <w:b/>
          <w:sz w:val="32"/>
        </w:rPr>
        <w:t xml:space="preserve"> Request Form</w:t>
      </w:r>
    </w:p>
    <w:p w14:paraId="21C5EBCD" w14:textId="4C456C43" w:rsidR="00FC28FD" w:rsidRDefault="00000000">
      <w:pPr>
        <w:spacing w:after="100"/>
      </w:pPr>
      <w:r>
        <w:rPr>
          <w:sz w:val="18"/>
        </w:rPr>
        <w:t>Please complete the information below when submitting personal or library-owned books to be placed on the college library</w:t>
      </w:r>
      <w:r w:rsidR="00220D21">
        <w:rPr>
          <w:sz w:val="18"/>
        </w:rPr>
        <w:t xml:space="preserve"> reserve </w:t>
      </w:r>
      <w:r>
        <w:rPr>
          <w:sz w:val="18"/>
        </w:rPr>
        <w:t>shelf. Library staff will complete the barcode and processing fields.</w:t>
      </w:r>
    </w:p>
    <w:p w14:paraId="40F3E9BF" w14:textId="77777777" w:rsidR="00FC28FD" w:rsidRDefault="00000000">
      <w:pPr>
        <w:spacing w:before="80" w:after="60"/>
      </w:pPr>
      <w:r>
        <w:rPr>
          <w:b/>
          <w:sz w:val="21"/>
        </w:rPr>
        <w:t>PROFESSIONAL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FC28FD" w14:paraId="6870B684" w14:textId="77777777">
        <w:trPr>
          <w:jc w:val="center"/>
        </w:trPr>
        <w:tc>
          <w:tcPr>
            <w:tcW w:w="262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5B08CB" w14:textId="77777777" w:rsidR="00FC28FD" w:rsidRDefault="00000000">
            <w:r>
              <w:rPr>
                <w:b/>
                <w:sz w:val="17"/>
              </w:rPr>
              <w:t>Name:</w:t>
            </w:r>
          </w:p>
        </w:tc>
        <w:tc>
          <w:tcPr>
            <w:tcW w:w="2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6D4DBC" w14:textId="77777777" w:rsidR="00FC28FD" w:rsidRDefault="00FC28FD"/>
        </w:tc>
        <w:tc>
          <w:tcPr>
            <w:tcW w:w="262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4BCDB0" w14:textId="77777777" w:rsidR="00FC28FD" w:rsidRDefault="00000000">
            <w:r>
              <w:rPr>
                <w:b/>
                <w:sz w:val="17"/>
              </w:rPr>
              <w:t>Department / Program:</w:t>
            </w:r>
          </w:p>
        </w:tc>
        <w:tc>
          <w:tcPr>
            <w:tcW w:w="2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1E88BF" w14:textId="77777777" w:rsidR="00FC28FD" w:rsidRDefault="00FC28FD"/>
        </w:tc>
      </w:tr>
      <w:tr w:rsidR="00FC28FD" w14:paraId="03824548" w14:textId="77777777">
        <w:trPr>
          <w:jc w:val="center"/>
        </w:trPr>
        <w:tc>
          <w:tcPr>
            <w:tcW w:w="262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16C976" w14:textId="77777777" w:rsidR="00FC28FD" w:rsidRDefault="00000000">
            <w:r>
              <w:rPr>
                <w:b/>
                <w:sz w:val="17"/>
              </w:rPr>
              <w:t>Course Name / Number:</w:t>
            </w:r>
          </w:p>
        </w:tc>
        <w:tc>
          <w:tcPr>
            <w:tcW w:w="2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3B86BD" w14:textId="77777777" w:rsidR="00FC28FD" w:rsidRDefault="00FC28FD"/>
        </w:tc>
        <w:tc>
          <w:tcPr>
            <w:tcW w:w="262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ACD675" w14:textId="77777777" w:rsidR="00FC28FD" w:rsidRDefault="00000000">
            <w:r>
              <w:rPr>
                <w:b/>
                <w:sz w:val="17"/>
              </w:rPr>
              <w:t>Semester / Term:</w:t>
            </w:r>
          </w:p>
        </w:tc>
        <w:tc>
          <w:tcPr>
            <w:tcW w:w="2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ABF927" w14:textId="77777777" w:rsidR="00FC28FD" w:rsidRDefault="00FC28FD"/>
        </w:tc>
      </w:tr>
      <w:tr w:rsidR="00FC28FD" w14:paraId="7EDDF76C" w14:textId="77777777">
        <w:trPr>
          <w:jc w:val="center"/>
        </w:trPr>
        <w:tc>
          <w:tcPr>
            <w:tcW w:w="262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A8953A" w14:textId="77777777" w:rsidR="00FC28FD" w:rsidRDefault="00000000">
            <w:r>
              <w:rPr>
                <w:b/>
                <w:sz w:val="17"/>
              </w:rPr>
              <w:t>Academic Year:</w:t>
            </w:r>
          </w:p>
        </w:tc>
        <w:tc>
          <w:tcPr>
            <w:tcW w:w="2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71A324" w14:textId="77777777" w:rsidR="00FC28FD" w:rsidRDefault="00FC28FD"/>
        </w:tc>
        <w:tc>
          <w:tcPr>
            <w:tcW w:w="262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8C8A72" w14:textId="77777777" w:rsidR="00FC28FD" w:rsidRDefault="00000000">
            <w:r>
              <w:rPr>
                <w:b/>
                <w:sz w:val="17"/>
              </w:rPr>
              <w:t>Date Submitted:</w:t>
            </w:r>
          </w:p>
        </w:tc>
        <w:tc>
          <w:tcPr>
            <w:tcW w:w="2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A8269B" w14:textId="77777777" w:rsidR="00FC28FD" w:rsidRDefault="00FC28FD"/>
        </w:tc>
      </w:tr>
      <w:tr w:rsidR="00FC28FD" w14:paraId="76B91417" w14:textId="77777777" w:rsidTr="00355E19">
        <w:trPr>
          <w:trHeight w:val="235"/>
          <w:jc w:val="center"/>
        </w:trPr>
        <w:tc>
          <w:tcPr>
            <w:tcW w:w="262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69F8C0" w14:textId="77777777" w:rsidR="00FC28FD" w:rsidRDefault="00000000">
            <w:r>
              <w:rPr>
                <w:b/>
                <w:sz w:val="17"/>
              </w:rPr>
              <w:t>Email:</w:t>
            </w:r>
          </w:p>
        </w:tc>
        <w:tc>
          <w:tcPr>
            <w:tcW w:w="7884" w:type="dxa"/>
            <w:gridSpan w:val="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10FAA" w14:textId="77777777" w:rsidR="00FC28FD" w:rsidRDefault="00FC28FD"/>
          <w:p w14:paraId="1832FA4D" w14:textId="77777777" w:rsidR="00FC28FD" w:rsidRDefault="00FC28FD"/>
        </w:tc>
      </w:tr>
    </w:tbl>
    <w:p w14:paraId="3544B86F" w14:textId="77777777" w:rsidR="00FC28FD" w:rsidRDefault="00000000">
      <w:pPr>
        <w:spacing w:before="140" w:after="60"/>
      </w:pPr>
      <w:r>
        <w:rPr>
          <w:b/>
          <w:sz w:val="21"/>
        </w:rPr>
        <w:t>BOOK INFORMATION</w:t>
      </w:r>
    </w:p>
    <w:tbl>
      <w:tblPr>
        <w:tblStyle w:val="TableGrid"/>
        <w:tblW w:w="11048" w:type="dxa"/>
        <w:jc w:val="center"/>
        <w:tblLook w:val="04A0" w:firstRow="1" w:lastRow="0" w:firstColumn="1" w:lastColumn="0" w:noHBand="0" w:noVBand="1"/>
      </w:tblPr>
      <w:tblGrid>
        <w:gridCol w:w="410"/>
        <w:gridCol w:w="2400"/>
        <w:gridCol w:w="1827"/>
        <w:gridCol w:w="1837"/>
        <w:gridCol w:w="918"/>
        <w:gridCol w:w="1976"/>
        <w:gridCol w:w="1680"/>
      </w:tblGrid>
      <w:tr w:rsidR="00FC28FD" w14:paraId="1213AD4F" w14:textId="77777777" w:rsidTr="002D5E8D">
        <w:trPr>
          <w:trHeight w:val="450"/>
          <w:jc w:val="center"/>
        </w:trPr>
        <w:tc>
          <w:tcPr>
            <w:tcW w:w="410" w:type="dxa"/>
            <w:shd w:val="clear" w:color="auto" w:fill="D9E2F3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28643A64" w14:textId="77777777" w:rsidR="00FC28FD" w:rsidRDefault="00000000">
            <w:pPr>
              <w:jc w:val="center"/>
            </w:pPr>
            <w:r>
              <w:rPr>
                <w:b/>
                <w:sz w:val="15"/>
              </w:rPr>
              <w:t>#</w:t>
            </w:r>
          </w:p>
        </w:tc>
        <w:tc>
          <w:tcPr>
            <w:tcW w:w="2400" w:type="dxa"/>
            <w:shd w:val="clear" w:color="auto" w:fill="D9E2F3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2820CD6B" w14:textId="77777777" w:rsidR="00FC28FD" w:rsidRDefault="00000000">
            <w:pPr>
              <w:jc w:val="center"/>
            </w:pPr>
            <w:r>
              <w:rPr>
                <w:b/>
                <w:sz w:val="15"/>
              </w:rPr>
              <w:t>Book Title</w:t>
            </w:r>
          </w:p>
        </w:tc>
        <w:tc>
          <w:tcPr>
            <w:tcW w:w="1827" w:type="dxa"/>
            <w:shd w:val="clear" w:color="auto" w:fill="D9E2F3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0D755977" w14:textId="77777777" w:rsidR="00FC28FD" w:rsidRDefault="00000000">
            <w:pPr>
              <w:jc w:val="center"/>
            </w:pPr>
            <w:r>
              <w:rPr>
                <w:b/>
                <w:sz w:val="15"/>
              </w:rPr>
              <w:t>Author</w:t>
            </w:r>
          </w:p>
        </w:tc>
        <w:tc>
          <w:tcPr>
            <w:tcW w:w="1837" w:type="dxa"/>
            <w:shd w:val="clear" w:color="auto" w:fill="D9E2F3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69F5EAAB" w14:textId="77777777" w:rsidR="00FC28FD" w:rsidRDefault="00000000">
            <w:pPr>
              <w:jc w:val="center"/>
            </w:pPr>
            <w:r>
              <w:rPr>
                <w:b/>
                <w:sz w:val="15"/>
              </w:rPr>
              <w:t>Ownership</w:t>
            </w:r>
            <w:r>
              <w:rPr>
                <w:b/>
                <w:sz w:val="15"/>
              </w:rPr>
              <w:br/>
              <w:t>(Check One)</w:t>
            </w:r>
          </w:p>
        </w:tc>
        <w:tc>
          <w:tcPr>
            <w:tcW w:w="918" w:type="dxa"/>
            <w:shd w:val="clear" w:color="auto" w:fill="D9E2F3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1A38840E" w14:textId="77777777" w:rsidR="00FC28FD" w:rsidRDefault="00000000">
            <w:pPr>
              <w:jc w:val="center"/>
            </w:pPr>
            <w:r>
              <w:rPr>
                <w:b/>
                <w:sz w:val="15"/>
              </w:rPr>
              <w:t># of</w:t>
            </w:r>
            <w:r>
              <w:rPr>
                <w:b/>
                <w:sz w:val="15"/>
              </w:rPr>
              <w:br/>
              <w:t>Copies</w:t>
            </w:r>
          </w:p>
        </w:tc>
        <w:tc>
          <w:tcPr>
            <w:tcW w:w="1976" w:type="dxa"/>
            <w:shd w:val="clear" w:color="auto" w:fill="D9E2F3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052ED013" w14:textId="77777777" w:rsidR="00FC28FD" w:rsidRDefault="00000000">
            <w:pPr>
              <w:jc w:val="center"/>
            </w:pPr>
            <w:r>
              <w:rPr>
                <w:b/>
                <w:sz w:val="15"/>
              </w:rPr>
              <w:t>Library Barcode</w:t>
            </w:r>
            <w:r>
              <w:rPr>
                <w:b/>
                <w:sz w:val="15"/>
              </w:rPr>
              <w:br/>
              <w:t>(Library Use Only)</w:t>
            </w:r>
          </w:p>
        </w:tc>
        <w:tc>
          <w:tcPr>
            <w:tcW w:w="1680" w:type="dxa"/>
            <w:shd w:val="clear" w:color="auto" w:fill="D9E2F3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6FF12B36" w14:textId="77777777" w:rsidR="00FC28FD" w:rsidRDefault="00000000">
            <w:pPr>
              <w:jc w:val="center"/>
            </w:pPr>
            <w:r>
              <w:rPr>
                <w:b/>
                <w:sz w:val="15"/>
              </w:rPr>
              <w:t>Notes</w:t>
            </w:r>
          </w:p>
        </w:tc>
      </w:tr>
      <w:tr w:rsidR="00FC28FD" w14:paraId="43E45810" w14:textId="77777777" w:rsidTr="002D5E8D">
        <w:trPr>
          <w:trHeight w:val="469"/>
          <w:jc w:val="center"/>
        </w:trPr>
        <w:tc>
          <w:tcPr>
            <w:tcW w:w="41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7EC5863" w14:textId="77777777" w:rsidR="00FC28FD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40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610799A4" w14:textId="77777777" w:rsidR="00FC28FD" w:rsidRDefault="00FC28FD"/>
        </w:tc>
        <w:tc>
          <w:tcPr>
            <w:tcW w:w="182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7B9E13F2" w14:textId="77777777" w:rsidR="00FC28FD" w:rsidRDefault="00FC28FD"/>
        </w:tc>
        <w:tc>
          <w:tcPr>
            <w:tcW w:w="183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7A703647" w14:textId="77777777" w:rsidR="00FC28FD" w:rsidRDefault="00000000">
            <w:pPr>
              <w:jc w:val="center"/>
            </w:pPr>
            <w:r>
              <w:rPr>
                <w:sz w:val="15"/>
              </w:rPr>
              <w:t>☐ Library</w:t>
            </w:r>
            <w:r>
              <w:rPr>
                <w:sz w:val="15"/>
              </w:rPr>
              <w:br/>
              <w:t>☐ Personal</w:t>
            </w:r>
          </w:p>
        </w:tc>
        <w:tc>
          <w:tcPr>
            <w:tcW w:w="918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DDF3C4D" w14:textId="77777777" w:rsidR="00FC28FD" w:rsidRDefault="00FC28FD">
            <w:pPr>
              <w:jc w:val="center"/>
            </w:pPr>
          </w:p>
        </w:tc>
        <w:tc>
          <w:tcPr>
            <w:tcW w:w="1976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8192F37" w14:textId="77777777" w:rsidR="00FC28FD" w:rsidRDefault="00FC28FD"/>
        </w:tc>
        <w:tc>
          <w:tcPr>
            <w:tcW w:w="168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9351145" w14:textId="77777777" w:rsidR="00FC28FD" w:rsidRDefault="00FC28FD"/>
        </w:tc>
      </w:tr>
      <w:tr w:rsidR="00FC28FD" w14:paraId="213F8F1B" w14:textId="77777777" w:rsidTr="002D5E8D">
        <w:trPr>
          <w:trHeight w:val="469"/>
          <w:jc w:val="center"/>
        </w:trPr>
        <w:tc>
          <w:tcPr>
            <w:tcW w:w="41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2A13290B" w14:textId="77777777" w:rsidR="00FC28FD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40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C1A4C8F" w14:textId="77777777" w:rsidR="00FC28FD" w:rsidRDefault="00FC28FD"/>
        </w:tc>
        <w:tc>
          <w:tcPr>
            <w:tcW w:w="182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57F7E151" w14:textId="77777777" w:rsidR="00FC28FD" w:rsidRDefault="00FC28FD"/>
        </w:tc>
        <w:tc>
          <w:tcPr>
            <w:tcW w:w="183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5B8BB252" w14:textId="77777777" w:rsidR="00FC28FD" w:rsidRDefault="00000000">
            <w:pPr>
              <w:jc w:val="center"/>
            </w:pPr>
            <w:r>
              <w:rPr>
                <w:sz w:val="15"/>
              </w:rPr>
              <w:t>☐ Library</w:t>
            </w:r>
            <w:r>
              <w:rPr>
                <w:sz w:val="15"/>
              </w:rPr>
              <w:br/>
              <w:t>☐ Personal</w:t>
            </w:r>
          </w:p>
        </w:tc>
        <w:tc>
          <w:tcPr>
            <w:tcW w:w="918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944E216" w14:textId="77777777" w:rsidR="00FC28FD" w:rsidRDefault="00FC28FD">
            <w:pPr>
              <w:jc w:val="center"/>
            </w:pPr>
          </w:p>
        </w:tc>
        <w:tc>
          <w:tcPr>
            <w:tcW w:w="1976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02A227DC" w14:textId="77777777" w:rsidR="00FC28FD" w:rsidRDefault="00FC28FD"/>
        </w:tc>
        <w:tc>
          <w:tcPr>
            <w:tcW w:w="168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21DFC970" w14:textId="77777777" w:rsidR="00FC28FD" w:rsidRDefault="00FC28FD"/>
        </w:tc>
      </w:tr>
      <w:tr w:rsidR="00FC28FD" w14:paraId="20DBC5A1" w14:textId="77777777" w:rsidTr="002D5E8D">
        <w:trPr>
          <w:trHeight w:val="469"/>
          <w:jc w:val="center"/>
        </w:trPr>
        <w:tc>
          <w:tcPr>
            <w:tcW w:w="41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E61B8E1" w14:textId="77777777" w:rsidR="00FC28FD" w:rsidRDefault="00000000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40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25FE60D0" w14:textId="77777777" w:rsidR="00FC28FD" w:rsidRDefault="00FC28FD"/>
        </w:tc>
        <w:tc>
          <w:tcPr>
            <w:tcW w:w="182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2AD4D392" w14:textId="77777777" w:rsidR="00FC28FD" w:rsidRDefault="00FC28FD"/>
        </w:tc>
        <w:tc>
          <w:tcPr>
            <w:tcW w:w="183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41C550DF" w14:textId="77777777" w:rsidR="00FC28FD" w:rsidRDefault="00000000">
            <w:pPr>
              <w:jc w:val="center"/>
            </w:pPr>
            <w:r>
              <w:rPr>
                <w:sz w:val="15"/>
              </w:rPr>
              <w:t>☐ Library</w:t>
            </w:r>
            <w:r>
              <w:rPr>
                <w:sz w:val="15"/>
              </w:rPr>
              <w:br/>
              <w:t>☐ Personal</w:t>
            </w:r>
          </w:p>
        </w:tc>
        <w:tc>
          <w:tcPr>
            <w:tcW w:w="918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49BC43C4" w14:textId="77777777" w:rsidR="00FC28FD" w:rsidRDefault="00FC28FD">
            <w:pPr>
              <w:jc w:val="center"/>
            </w:pPr>
          </w:p>
        </w:tc>
        <w:tc>
          <w:tcPr>
            <w:tcW w:w="1976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56809E5A" w14:textId="77777777" w:rsidR="00FC28FD" w:rsidRDefault="00FC28FD"/>
        </w:tc>
        <w:tc>
          <w:tcPr>
            <w:tcW w:w="168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F47CEF8" w14:textId="77777777" w:rsidR="00FC28FD" w:rsidRDefault="00FC28FD"/>
        </w:tc>
      </w:tr>
      <w:tr w:rsidR="00FC28FD" w14:paraId="0B48DC1B" w14:textId="77777777" w:rsidTr="002D5E8D">
        <w:trPr>
          <w:trHeight w:val="450"/>
          <w:jc w:val="center"/>
        </w:trPr>
        <w:tc>
          <w:tcPr>
            <w:tcW w:w="41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2A397A8C" w14:textId="77777777" w:rsidR="00FC28FD" w:rsidRDefault="00000000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40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7A1F0427" w14:textId="77777777" w:rsidR="00FC28FD" w:rsidRDefault="00FC28FD"/>
        </w:tc>
        <w:tc>
          <w:tcPr>
            <w:tcW w:w="182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2EF4E52" w14:textId="77777777" w:rsidR="00FC28FD" w:rsidRDefault="00FC28FD"/>
        </w:tc>
        <w:tc>
          <w:tcPr>
            <w:tcW w:w="183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019C66E6" w14:textId="77777777" w:rsidR="00FC28FD" w:rsidRDefault="00000000">
            <w:pPr>
              <w:jc w:val="center"/>
            </w:pPr>
            <w:r>
              <w:rPr>
                <w:sz w:val="15"/>
              </w:rPr>
              <w:t>☐ Library</w:t>
            </w:r>
            <w:r>
              <w:rPr>
                <w:sz w:val="15"/>
              </w:rPr>
              <w:br/>
              <w:t>☐ Personal</w:t>
            </w:r>
          </w:p>
        </w:tc>
        <w:tc>
          <w:tcPr>
            <w:tcW w:w="918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6824477D" w14:textId="77777777" w:rsidR="00FC28FD" w:rsidRDefault="00FC28FD">
            <w:pPr>
              <w:jc w:val="center"/>
            </w:pPr>
          </w:p>
        </w:tc>
        <w:tc>
          <w:tcPr>
            <w:tcW w:w="1976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52D7809E" w14:textId="77777777" w:rsidR="00FC28FD" w:rsidRDefault="00FC28FD"/>
        </w:tc>
        <w:tc>
          <w:tcPr>
            <w:tcW w:w="168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06E1C85" w14:textId="77777777" w:rsidR="00FC28FD" w:rsidRDefault="00FC28FD"/>
        </w:tc>
      </w:tr>
      <w:tr w:rsidR="00FC28FD" w14:paraId="4259EC8D" w14:textId="77777777" w:rsidTr="002D5E8D">
        <w:trPr>
          <w:trHeight w:val="469"/>
          <w:jc w:val="center"/>
        </w:trPr>
        <w:tc>
          <w:tcPr>
            <w:tcW w:w="41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0530BDB8" w14:textId="77777777" w:rsidR="00FC28FD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40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9EB0161" w14:textId="77777777" w:rsidR="00FC28FD" w:rsidRDefault="00FC28FD"/>
        </w:tc>
        <w:tc>
          <w:tcPr>
            <w:tcW w:w="182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07A0AF4C" w14:textId="77777777" w:rsidR="00FC28FD" w:rsidRDefault="00FC28FD"/>
        </w:tc>
        <w:tc>
          <w:tcPr>
            <w:tcW w:w="183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A71ADE8" w14:textId="77777777" w:rsidR="00FC28FD" w:rsidRDefault="00000000">
            <w:pPr>
              <w:jc w:val="center"/>
            </w:pPr>
            <w:r>
              <w:rPr>
                <w:sz w:val="15"/>
              </w:rPr>
              <w:t>☐ Library</w:t>
            </w:r>
            <w:r>
              <w:rPr>
                <w:sz w:val="15"/>
              </w:rPr>
              <w:br/>
              <w:t>☐ Personal</w:t>
            </w:r>
          </w:p>
        </w:tc>
        <w:tc>
          <w:tcPr>
            <w:tcW w:w="918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6297912" w14:textId="77777777" w:rsidR="00FC28FD" w:rsidRDefault="00FC28FD">
            <w:pPr>
              <w:jc w:val="center"/>
            </w:pPr>
          </w:p>
        </w:tc>
        <w:tc>
          <w:tcPr>
            <w:tcW w:w="1976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70166E92" w14:textId="77777777" w:rsidR="00FC28FD" w:rsidRDefault="00FC28FD"/>
        </w:tc>
        <w:tc>
          <w:tcPr>
            <w:tcW w:w="168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279CB85F" w14:textId="77777777" w:rsidR="00FC28FD" w:rsidRDefault="00FC28FD"/>
        </w:tc>
      </w:tr>
      <w:tr w:rsidR="00FC28FD" w14:paraId="044A0FE2" w14:textId="77777777" w:rsidTr="002D5E8D">
        <w:trPr>
          <w:trHeight w:val="469"/>
          <w:jc w:val="center"/>
        </w:trPr>
        <w:tc>
          <w:tcPr>
            <w:tcW w:w="41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0ED4C779" w14:textId="77777777" w:rsidR="00FC28FD" w:rsidRDefault="00000000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40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3F5362A" w14:textId="77777777" w:rsidR="00FC28FD" w:rsidRDefault="00FC28FD"/>
        </w:tc>
        <w:tc>
          <w:tcPr>
            <w:tcW w:w="182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412BAE7E" w14:textId="77777777" w:rsidR="00FC28FD" w:rsidRDefault="00FC28FD"/>
        </w:tc>
        <w:tc>
          <w:tcPr>
            <w:tcW w:w="183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43D1EB52" w14:textId="77777777" w:rsidR="00FC28FD" w:rsidRDefault="00000000">
            <w:pPr>
              <w:jc w:val="center"/>
            </w:pPr>
            <w:r>
              <w:rPr>
                <w:sz w:val="15"/>
              </w:rPr>
              <w:t>☐ Library</w:t>
            </w:r>
            <w:r>
              <w:rPr>
                <w:sz w:val="15"/>
              </w:rPr>
              <w:br/>
              <w:t>☐ Personal</w:t>
            </w:r>
          </w:p>
        </w:tc>
        <w:tc>
          <w:tcPr>
            <w:tcW w:w="918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673D7091" w14:textId="77777777" w:rsidR="00FC28FD" w:rsidRDefault="00FC28FD">
            <w:pPr>
              <w:jc w:val="center"/>
            </w:pPr>
          </w:p>
        </w:tc>
        <w:tc>
          <w:tcPr>
            <w:tcW w:w="1976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B146B54" w14:textId="77777777" w:rsidR="00FC28FD" w:rsidRDefault="00FC28FD"/>
        </w:tc>
        <w:tc>
          <w:tcPr>
            <w:tcW w:w="168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9664AA3" w14:textId="77777777" w:rsidR="00FC28FD" w:rsidRDefault="00FC28FD"/>
        </w:tc>
      </w:tr>
      <w:tr w:rsidR="00FC28FD" w14:paraId="3142CA29" w14:textId="77777777" w:rsidTr="002D5E8D">
        <w:trPr>
          <w:trHeight w:val="469"/>
          <w:jc w:val="center"/>
        </w:trPr>
        <w:tc>
          <w:tcPr>
            <w:tcW w:w="41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284FFB37" w14:textId="77777777" w:rsidR="00FC28FD" w:rsidRDefault="00000000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40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F65239B" w14:textId="77777777" w:rsidR="00FC28FD" w:rsidRDefault="00FC28FD"/>
        </w:tc>
        <w:tc>
          <w:tcPr>
            <w:tcW w:w="182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0613B4BF" w14:textId="77777777" w:rsidR="00FC28FD" w:rsidRDefault="00FC28FD"/>
        </w:tc>
        <w:tc>
          <w:tcPr>
            <w:tcW w:w="183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D09C925" w14:textId="77777777" w:rsidR="00FC28FD" w:rsidRDefault="00000000">
            <w:pPr>
              <w:jc w:val="center"/>
            </w:pPr>
            <w:r>
              <w:rPr>
                <w:sz w:val="15"/>
              </w:rPr>
              <w:t>☐ Library</w:t>
            </w:r>
            <w:r>
              <w:rPr>
                <w:sz w:val="15"/>
              </w:rPr>
              <w:br/>
              <w:t>☐ Personal</w:t>
            </w:r>
          </w:p>
        </w:tc>
        <w:tc>
          <w:tcPr>
            <w:tcW w:w="918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B766E67" w14:textId="77777777" w:rsidR="00FC28FD" w:rsidRDefault="00FC28FD">
            <w:pPr>
              <w:jc w:val="center"/>
            </w:pPr>
          </w:p>
        </w:tc>
        <w:tc>
          <w:tcPr>
            <w:tcW w:w="1976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497636B7" w14:textId="77777777" w:rsidR="00FC28FD" w:rsidRDefault="00FC28FD"/>
        </w:tc>
        <w:tc>
          <w:tcPr>
            <w:tcW w:w="168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571DE764" w14:textId="77777777" w:rsidR="00FC28FD" w:rsidRDefault="00FC28FD"/>
        </w:tc>
      </w:tr>
      <w:tr w:rsidR="00FC28FD" w14:paraId="04814036" w14:textId="77777777" w:rsidTr="002D5E8D">
        <w:trPr>
          <w:trHeight w:val="450"/>
          <w:jc w:val="center"/>
        </w:trPr>
        <w:tc>
          <w:tcPr>
            <w:tcW w:w="41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6A5250C6" w14:textId="77777777" w:rsidR="00FC28FD" w:rsidRDefault="00000000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40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72F19983" w14:textId="77777777" w:rsidR="00FC28FD" w:rsidRDefault="00FC28FD"/>
        </w:tc>
        <w:tc>
          <w:tcPr>
            <w:tcW w:w="182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99B31C6" w14:textId="77777777" w:rsidR="00FC28FD" w:rsidRDefault="00FC28FD"/>
        </w:tc>
        <w:tc>
          <w:tcPr>
            <w:tcW w:w="183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1D14416" w14:textId="77777777" w:rsidR="00FC28FD" w:rsidRDefault="00000000">
            <w:pPr>
              <w:jc w:val="center"/>
            </w:pPr>
            <w:r>
              <w:rPr>
                <w:sz w:val="15"/>
              </w:rPr>
              <w:t>☐ Library</w:t>
            </w:r>
            <w:r>
              <w:rPr>
                <w:sz w:val="15"/>
              </w:rPr>
              <w:br/>
              <w:t>☐ Personal</w:t>
            </w:r>
          </w:p>
        </w:tc>
        <w:tc>
          <w:tcPr>
            <w:tcW w:w="918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242DBA97" w14:textId="77777777" w:rsidR="00FC28FD" w:rsidRDefault="00FC28FD">
            <w:pPr>
              <w:jc w:val="center"/>
            </w:pPr>
          </w:p>
        </w:tc>
        <w:tc>
          <w:tcPr>
            <w:tcW w:w="1976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095BE7FC" w14:textId="77777777" w:rsidR="00FC28FD" w:rsidRDefault="00FC28FD"/>
        </w:tc>
        <w:tc>
          <w:tcPr>
            <w:tcW w:w="168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25DF59B5" w14:textId="77777777" w:rsidR="00FC28FD" w:rsidRDefault="00FC28FD"/>
        </w:tc>
      </w:tr>
      <w:tr w:rsidR="002D5E8D" w14:paraId="2888A468" w14:textId="77777777" w:rsidTr="002D5E8D">
        <w:trPr>
          <w:trHeight w:val="450"/>
          <w:jc w:val="center"/>
        </w:trPr>
        <w:tc>
          <w:tcPr>
            <w:tcW w:w="41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6ABAE46E" w14:textId="741C48F2" w:rsidR="002D5E8D" w:rsidRDefault="002D5E8D">
            <w:pPr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240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EDA448D" w14:textId="77777777" w:rsidR="002D5E8D" w:rsidRDefault="002D5E8D"/>
        </w:tc>
        <w:tc>
          <w:tcPr>
            <w:tcW w:w="182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684A0FA" w14:textId="77777777" w:rsidR="002D5E8D" w:rsidRDefault="002D5E8D"/>
        </w:tc>
        <w:tc>
          <w:tcPr>
            <w:tcW w:w="183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92062CD" w14:textId="24FF151F" w:rsidR="002D5E8D" w:rsidRDefault="002D5E8D">
            <w:pPr>
              <w:jc w:val="center"/>
              <w:rPr>
                <w:sz w:val="15"/>
              </w:rPr>
            </w:pPr>
            <w:r>
              <w:rPr>
                <w:sz w:val="15"/>
              </w:rPr>
              <w:t>☐ Library</w:t>
            </w:r>
            <w:r>
              <w:rPr>
                <w:sz w:val="15"/>
              </w:rPr>
              <w:br/>
              <w:t>☐ Personal</w:t>
            </w:r>
          </w:p>
        </w:tc>
        <w:tc>
          <w:tcPr>
            <w:tcW w:w="918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0A7B0CFF" w14:textId="77777777" w:rsidR="002D5E8D" w:rsidRDefault="002D5E8D">
            <w:pPr>
              <w:jc w:val="center"/>
            </w:pPr>
          </w:p>
        </w:tc>
        <w:tc>
          <w:tcPr>
            <w:tcW w:w="1976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2DAE40CB" w14:textId="77777777" w:rsidR="002D5E8D" w:rsidRDefault="002D5E8D"/>
        </w:tc>
        <w:tc>
          <w:tcPr>
            <w:tcW w:w="168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0F88164" w14:textId="77777777" w:rsidR="002D5E8D" w:rsidRDefault="002D5E8D"/>
        </w:tc>
      </w:tr>
      <w:tr w:rsidR="002D5E8D" w14:paraId="29C6CCC3" w14:textId="77777777" w:rsidTr="002D5E8D">
        <w:trPr>
          <w:trHeight w:val="450"/>
          <w:jc w:val="center"/>
        </w:trPr>
        <w:tc>
          <w:tcPr>
            <w:tcW w:w="41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02A5E44D" w14:textId="0C0D3372" w:rsidR="002D5E8D" w:rsidRDefault="002D5E8D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0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133FF04" w14:textId="77777777" w:rsidR="002D5E8D" w:rsidRDefault="002D5E8D"/>
        </w:tc>
        <w:tc>
          <w:tcPr>
            <w:tcW w:w="182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2CB1A44" w14:textId="77777777" w:rsidR="002D5E8D" w:rsidRDefault="002D5E8D"/>
        </w:tc>
        <w:tc>
          <w:tcPr>
            <w:tcW w:w="1837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34BB7D11" w14:textId="68D9FCBC" w:rsidR="002D5E8D" w:rsidRDefault="002D5E8D">
            <w:pPr>
              <w:jc w:val="center"/>
              <w:rPr>
                <w:sz w:val="15"/>
              </w:rPr>
            </w:pPr>
            <w:r>
              <w:rPr>
                <w:sz w:val="15"/>
              </w:rPr>
              <w:t>☐ Library</w:t>
            </w:r>
            <w:r>
              <w:rPr>
                <w:sz w:val="15"/>
              </w:rPr>
              <w:br/>
              <w:t>☐ Personal</w:t>
            </w:r>
          </w:p>
        </w:tc>
        <w:tc>
          <w:tcPr>
            <w:tcW w:w="918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7B9D144" w14:textId="77777777" w:rsidR="002D5E8D" w:rsidRDefault="002D5E8D">
            <w:pPr>
              <w:jc w:val="center"/>
            </w:pPr>
          </w:p>
        </w:tc>
        <w:tc>
          <w:tcPr>
            <w:tcW w:w="1976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4E9DDA3F" w14:textId="77777777" w:rsidR="002D5E8D" w:rsidRDefault="002D5E8D"/>
        </w:tc>
        <w:tc>
          <w:tcPr>
            <w:tcW w:w="1680" w:type="dxa"/>
            <w:tcMar>
              <w:top w:w="80" w:type="dxa"/>
              <w:left w:w="45" w:type="dxa"/>
              <w:bottom w:w="80" w:type="dxa"/>
              <w:right w:w="45" w:type="dxa"/>
            </w:tcMar>
            <w:vAlign w:val="center"/>
          </w:tcPr>
          <w:p w14:paraId="18CA73BD" w14:textId="77777777" w:rsidR="002D5E8D" w:rsidRDefault="002D5E8D"/>
        </w:tc>
      </w:tr>
    </w:tbl>
    <w:p w14:paraId="6D8907B8" w14:textId="5433C391" w:rsidR="00FC28FD" w:rsidRDefault="00000000" w:rsidP="007C2973">
      <w:pPr>
        <w:spacing w:before="80" w:after="40"/>
        <w:ind w:left="-270"/>
      </w:pPr>
      <w:r>
        <w:rPr>
          <w:sz w:val="17"/>
        </w:rPr>
        <w:t>Check “Library” if the book belongs to the library collection, or “Personal” if it is your personal copy.</w:t>
      </w:r>
    </w:p>
    <w:p w14:paraId="70D0DCDE" w14:textId="77777777" w:rsidR="00996A0D" w:rsidRDefault="00996A0D">
      <w:pPr>
        <w:spacing w:before="120" w:after="60"/>
        <w:rPr>
          <w:b/>
          <w:sz w:val="21"/>
        </w:rPr>
      </w:pPr>
    </w:p>
    <w:p w14:paraId="578895E7" w14:textId="77777777" w:rsidR="00EA3190" w:rsidRDefault="00EA3190">
      <w:pPr>
        <w:spacing w:before="120" w:after="60"/>
        <w:rPr>
          <w:b/>
          <w:sz w:val="21"/>
        </w:rPr>
      </w:pPr>
    </w:p>
    <w:p w14:paraId="3CFA0F36" w14:textId="7BBD0008" w:rsidR="00FC28FD" w:rsidRDefault="00000000">
      <w:pPr>
        <w:spacing w:before="120" w:after="60"/>
      </w:pPr>
      <w:r>
        <w:rPr>
          <w:b/>
          <w:sz w:val="21"/>
        </w:rPr>
        <w:t>LIBRARY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FC28FD" w14:paraId="7EABAE01" w14:textId="77777777">
        <w:trPr>
          <w:jc w:val="center"/>
        </w:trPr>
        <w:tc>
          <w:tcPr>
            <w:tcW w:w="2628" w:type="dxa"/>
            <w:shd w:val="clear" w:color="auto" w:fill="EDEDED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60265DB6" w14:textId="77777777" w:rsidR="00FC28FD" w:rsidRDefault="00000000">
            <w:r>
              <w:rPr>
                <w:b/>
                <w:sz w:val="16"/>
              </w:rPr>
              <w:t>Date Received:</w:t>
            </w:r>
          </w:p>
        </w:tc>
        <w:tc>
          <w:tcPr>
            <w:tcW w:w="2628" w:type="dxa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3AE5F9D1" w14:textId="77777777" w:rsidR="00FC28FD" w:rsidRDefault="00FC28FD"/>
        </w:tc>
        <w:tc>
          <w:tcPr>
            <w:tcW w:w="2628" w:type="dxa"/>
            <w:shd w:val="clear" w:color="auto" w:fill="EDEDED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23AD9394" w14:textId="77777777" w:rsidR="00FC28FD" w:rsidRDefault="00000000">
            <w:r>
              <w:rPr>
                <w:b/>
                <w:sz w:val="16"/>
              </w:rPr>
              <w:t>Processed By:</w:t>
            </w:r>
          </w:p>
        </w:tc>
        <w:tc>
          <w:tcPr>
            <w:tcW w:w="2628" w:type="dxa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550367A3" w14:textId="77777777" w:rsidR="00FC28FD" w:rsidRDefault="00FC28FD"/>
        </w:tc>
      </w:tr>
      <w:tr w:rsidR="00FC28FD" w14:paraId="0703F706" w14:textId="77777777">
        <w:trPr>
          <w:jc w:val="center"/>
        </w:trPr>
        <w:tc>
          <w:tcPr>
            <w:tcW w:w="2628" w:type="dxa"/>
            <w:shd w:val="clear" w:color="auto" w:fill="EDEDED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1B3F5BBE" w14:textId="77777777" w:rsidR="00FC28FD" w:rsidRDefault="00000000">
            <w:r>
              <w:rPr>
                <w:b/>
                <w:sz w:val="16"/>
              </w:rPr>
              <w:t>Shelf Location:</w:t>
            </w:r>
          </w:p>
        </w:tc>
        <w:tc>
          <w:tcPr>
            <w:tcW w:w="2628" w:type="dxa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68AF59C5" w14:textId="77777777" w:rsidR="00FC28FD" w:rsidRDefault="00FC28FD"/>
        </w:tc>
        <w:tc>
          <w:tcPr>
            <w:tcW w:w="2628" w:type="dxa"/>
            <w:shd w:val="clear" w:color="auto" w:fill="EDEDED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2A13BAED" w14:textId="77777777" w:rsidR="00FC28FD" w:rsidRDefault="00000000">
            <w:r>
              <w:rPr>
                <w:b/>
                <w:sz w:val="16"/>
              </w:rPr>
              <w:t>Barcode(s):</w:t>
            </w:r>
          </w:p>
        </w:tc>
        <w:tc>
          <w:tcPr>
            <w:tcW w:w="2628" w:type="dxa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51F6E033" w14:textId="77777777" w:rsidR="00FC28FD" w:rsidRDefault="00FC28FD"/>
        </w:tc>
      </w:tr>
      <w:tr w:rsidR="00FC28FD" w14:paraId="408DD63F" w14:textId="77777777">
        <w:trPr>
          <w:jc w:val="center"/>
        </w:trPr>
        <w:tc>
          <w:tcPr>
            <w:tcW w:w="2628" w:type="dxa"/>
            <w:shd w:val="clear" w:color="auto" w:fill="EDEDED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3E284346" w14:textId="77777777" w:rsidR="00FC28FD" w:rsidRDefault="00000000">
            <w:r>
              <w:rPr>
                <w:b/>
                <w:sz w:val="16"/>
              </w:rPr>
              <w:t>Status:</w:t>
            </w:r>
          </w:p>
        </w:tc>
        <w:tc>
          <w:tcPr>
            <w:tcW w:w="5256" w:type="dxa"/>
            <w:gridSpan w:val="2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29A9A0B5" w14:textId="77777777" w:rsidR="00FC28FD" w:rsidRDefault="00000000">
            <w:r>
              <w:rPr>
                <w:sz w:val="16"/>
              </w:rPr>
              <w:t>☐ Added to Library Collection   ☐ Personal Copy — Shelved   ☐ Returned</w:t>
            </w:r>
          </w:p>
          <w:p w14:paraId="6B871625" w14:textId="77777777" w:rsidR="00FC28FD" w:rsidRDefault="00000000">
            <w:r>
              <w:rPr>
                <w:b/>
                <w:sz w:val="16"/>
              </w:rPr>
              <w:t>Additional Notes:</w:t>
            </w:r>
          </w:p>
        </w:tc>
        <w:tc>
          <w:tcPr>
            <w:tcW w:w="2628" w:type="dxa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386973D7" w14:textId="77777777" w:rsidR="00FC28FD" w:rsidRDefault="00FC28FD"/>
        </w:tc>
      </w:tr>
    </w:tbl>
    <w:p w14:paraId="34D82E82" w14:textId="13BA9227" w:rsidR="00996A0D" w:rsidRPr="00366EA4" w:rsidRDefault="00000000" w:rsidP="00366EA4">
      <w:pPr>
        <w:spacing w:before="100"/>
        <w:jc w:val="center"/>
        <w:rPr>
          <w:b/>
          <w:i/>
          <w:sz w:val="16"/>
        </w:rPr>
      </w:pPr>
      <w:r>
        <w:rPr>
          <w:b/>
          <w:i/>
          <w:sz w:val="16"/>
        </w:rPr>
        <w:t>Please leave the Library Barcode section blank. Library staff will complete it during processing</w:t>
      </w:r>
      <w:r w:rsidR="00366EA4">
        <w:rPr>
          <w:b/>
          <w:i/>
          <w:sz w:val="16"/>
        </w:rPr>
        <w:t>.</w:t>
      </w:r>
    </w:p>
    <w:sectPr w:rsidR="00996A0D" w:rsidRPr="00366EA4" w:rsidSect="00034616">
      <w:footerReference w:type="default" r:id="rId8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8CD1A" w14:textId="77777777" w:rsidR="00D6761C" w:rsidRDefault="00D6761C">
      <w:pPr>
        <w:spacing w:after="0" w:line="240" w:lineRule="auto"/>
      </w:pPr>
      <w:r>
        <w:separator/>
      </w:r>
    </w:p>
  </w:endnote>
  <w:endnote w:type="continuationSeparator" w:id="0">
    <w:p w14:paraId="4E7C3A74" w14:textId="77777777" w:rsidR="00D6761C" w:rsidRDefault="00D67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194E8" w14:textId="1B19A256" w:rsidR="00FC28FD" w:rsidRDefault="00FC28F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2F8A3" w14:textId="77777777" w:rsidR="00D6761C" w:rsidRDefault="00D6761C">
      <w:pPr>
        <w:spacing w:after="0" w:line="240" w:lineRule="auto"/>
      </w:pPr>
      <w:r>
        <w:separator/>
      </w:r>
    </w:p>
  </w:footnote>
  <w:footnote w:type="continuationSeparator" w:id="0">
    <w:p w14:paraId="60AC699E" w14:textId="77777777" w:rsidR="00D6761C" w:rsidRDefault="00D67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9658973">
    <w:abstractNumId w:val="8"/>
  </w:num>
  <w:num w:numId="2" w16cid:durableId="2037730697">
    <w:abstractNumId w:val="6"/>
  </w:num>
  <w:num w:numId="3" w16cid:durableId="880285240">
    <w:abstractNumId w:val="5"/>
  </w:num>
  <w:num w:numId="4" w16cid:durableId="1970165509">
    <w:abstractNumId w:val="4"/>
  </w:num>
  <w:num w:numId="5" w16cid:durableId="291517062">
    <w:abstractNumId w:val="7"/>
  </w:num>
  <w:num w:numId="6" w16cid:durableId="1653175167">
    <w:abstractNumId w:val="3"/>
  </w:num>
  <w:num w:numId="7" w16cid:durableId="86393778">
    <w:abstractNumId w:val="2"/>
  </w:num>
  <w:num w:numId="8" w16cid:durableId="572668214">
    <w:abstractNumId w:val="1"/>
  </w:num>
  <w:num w:numId="9" w16cid:durableId="63768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D21"/>
    <w:rsid w:val="0024101C"/>
    <w:rsid w:val="0029639D"/>
    <w:rsid w:val="002D5E8D"/>
    <w:rsid w:val="00326F90"/>
    <w:rsid w:val="00355E19"/>
    <w:rsid w:val="00366EA4"/>
    <w:rsid w:val="003947B6"/>
    <w:rsid w:val="005B38AF"/>
    <w:rsid w:val="006821F8"/>
    <w:rsid w:val="00777280"/>
    <w:rsid w:val="007C2973"/>
    <w:rsid w:val="00996A0D"/>
    <w:rsid w:val="009B7346"/>
    <w:rsid w:val="00A60243"/>
    <w:rsid w:val="00AA1D8D"/>
    <w:rsid w:val="00B47730"/>
    <w:rsid w:val="00B8518F"/>
    <w:rsid w:val="00CB0664"/>
    <w:rsid w:val="00D6761C"/>
    <w:rsid w:val="00D750A6"/>
    <w:rsid w:val="00E03A3F"/>
    <w:rsid w:val="00EA3190"/>
    <w:rsid w:val="00F037C6"/>
    <w:rsid w:val="00FC28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8DA8A4"/>
  <w14:defaultImageDpi w14:val="300"/>
  <w15:docId w15:val="{1CF9A23E-F81D-4FA1-88CE-6AF3F3AF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93ce20-a697-4fd6-a4da-14011f6a471d}" enabled="1" method="Standard" siteId="{a8eec281-aaa3-4dae-ac9b-9a398b9215e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Yip, Teresa</cp:lastModifiedBy>
  <cp:revision>22</cp:revision>
  <cp:lastPrinted>2026-09-03T17:31:00Z</cp:lastPrinted>
  <dcterms:created xsi:type="dcterms:W3CDTF">2026-09-04T20:47:00Z</dcterms:created>
  <dcterms:modified xsi:type="dcterms:W3CDTF">2026-09-04T20:58:00Z</dcterms:modified>
  <cp:category/>
</cp:coreProperties>
</file>